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באוטובוס בבטיחות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הבטיחות בזמן נסיעה באוטובוס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נכון את שלבי הנסיעה מהתחנה ועד החצייה בחזרה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נכונה בעלייה, בישיבה ובירידה מהאוטובוס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רחוק משפת המדרכה, בתור 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רק כשהאוטובוס עצר לגמרי והדלת נפתחה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חוגרים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עולים רק כשהאוטובוס עצר לגמרי והדלת נפתחה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נשארים בטוחים ולא קרובים מדי לכביש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קמים רק כשהאוטובוס עצר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יתרחק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מחכים בתור, רחוק משפת המדרכה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 רק כשהאוטובוס עצר והדלת נפתחה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יושבים, ואם יש חגורה – חוגרים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קמים רק כשהאוטובוס עצר בתחנה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לא להיפגע אם האוטובוס מתקרב; כדי שהנהג יראה את הממתינים בבירור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מחכים בתור רחוק משפת המדרכה עד שהאוטובוס עוצר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במעבר חצייה, אחרי שהאוטובוס התרחק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לשבת בבטחה ולהישמר מבלימה פתאומית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הדף הזה בעזרת משחק תפקידים קצר בכיתה, כולל עמידה בתור ועלייה מדומה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החשיבות של המתנה לריחוק האוטובוס לפני חצייה, זה הסעיף שהכי מבלבל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הסידור כדאי לעודד את התלמידים להסביר בקול למה דווקא הסדר הזה הגיוני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באוטובוס בבטיחות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נסיעה באוטובוס היא חלק מהיום של הרבה תלמידים ותלמידות, וחשוב לדעת איך להתנהג בבטיחות מהרגע שמחכים בתחנה ועד שחוצים את הכביש בסוף הנסיעה.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בתור  ·  יתרחק  ·  עצר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צריך לחכות לאוטובוס בתחנה?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צמוד לשפת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רחוק משפת המדרכה, בתור מסודר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באמצע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מותר לעלות לאוטובוס?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כשהאוטובוס מאט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כשהאוטובוס עצר לגמרי והדלת נפתחה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לפני שהאוטובוס עצר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אחרי שיושבים באוטובוס, אם יש חגורת 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משאירים אותה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חוגרים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מורידים אותה תוך כדי נסיעה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לעלות לאוטובוס גם כשהוא עדיין נוסע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צריך לחכות לאוטובוס בתור, רחוק משפת המדרכה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לקום מהמושב לפני שהאוטובוס עצר בתחנה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מחכים לאוטובוס __________, רחוק משפת המדרכה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עולים לאוטובוס רק כשהוא __________ והדלת נפתחה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לפני שחוצים את הכביש אחרי הירידה, מחכים שהאוטובוס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שלבי הנסיעה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יושבים, ואם יש חגורה – חוגרים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מחכים בתור, רחוק משפת המדרכה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קמים רק כשהאוטובוס עצר בתחנה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רק כשהאוטובוס עצר והדלת נפתחה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שתי סיבות לכך שחשוב לחכות לאוטובוס רחוק משפת המדרכה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לפני שעולים לאוטובוס?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איפה חוצים את הכביש אחרי הירידה מהאוטובוס?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באוטובוס בבטיחות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