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באוטובוס בבטיחות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הבטיחות בזמן נסיעה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שלבי הנסיעה מהתחנה ועד החצייה בחזרה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נכונה בעלייה, בישיבה ובירידה מהאוטובוס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רחוק משפת המדרכה, בתור 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רק כשהאוטובוס עצר לגמרי והדלת נפתחה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חוגרים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רק כשהאוטובוס עצר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מחכים שהאוטובוס יתרחק וחוצים במעבר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עולים רק כשהאוטובוס עצר לגמרי והדלת נפתחה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נשארים בטוחים ולא קרובים מדי לכביש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קמים רק כשהאוטובוס עצר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כדי לראות את הכביש ואת הרכבים האחרים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שומרת על הנוסע במקרה של 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מחכים בתור, רחוק משפת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רק כשהאוטובוס עצר והדלת נפתחה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יושבים, ואם יש חגורה – חוגרים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קמים רק כשהאוטובוס עצר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יורדים, מחכים שהאוטובוס יתרחק וחוצים במעבר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לא להיפגע אם האוטובוס מתקרב; כדי שהנהג יראה את הממתינים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האוטובוס גדול וחוסם את שדה הראייה, ואי אפשר לראות רכבים אחרים שמגיעים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מחכים בתור רחוק משפת המדרכה עד שהאוטובוס עוצר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במעבר חצייה, אחרי שהאוטובוס התרחק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לשבת בבטחה ולהישמר מבלימה פתאומית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הדף הזה בעזרת משחק תפקידים קצר בכיתה, כולל עמידה בתור ועלייה מדומה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החשיבות של המתנה לריחוק האוטובוס לפני חצייה, זה הסעיף שהכי מבלבל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כדאי לעודד את התלמידים להסביר בקול למה דווקא הסדר הזה הגיוני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באוטובוס בבטיחות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כשנוסעים באוטובוס יש כללים חשובים. הדף הזה עוזר ללמוד אותם צעד אחר צעד.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האוטובוס עוצר ואנשים עולים ויורדים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המדרכה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הקצה של המדרכה, הכי קרוב לכביש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המסומן בכביש שבו חוצים בבטחה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חגורת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שחוגרים כדי לשבת בבטחה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שנוהג באוטובוס ואחראי על הנוסעים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עמידה מסודרת אחד אחרי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להתרחק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להתרחק ממקום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עומדים כשמחכים לאוטובוס?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צמוד לשפת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רחוק משפת המדרכה, בתור מסודר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אחרי האוטובוס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עולים לאוטובוס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כשהאוטובוס מאט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כשהאוטובוס עצר לגמרי והדלת נפתחה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שהאוטובוס 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כשהנהג מאותת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חגורת הבטיחות?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משאירים אותה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חוגרים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מורידים אותה תוך כדי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נותנים אותה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קמים כדי לרדת?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כשהאוטובוס מתקרב לתחנה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כשהאוטובוס עצר בתחנה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כשרואים את הבית מהחלון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אחרי שיורדים מהאוטובוס?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חוצים מיד מאחורי האוטובוס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מחכים שהאוטובוס יתרחק וחוצים במעבר 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מהר לפני שהאוטובוס זז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חוצים באמצע הכביש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לעלות לאוטובוס גם כשהוא עדיין נוסע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לחכות לאוטובוס בתור, רחוק משפת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לקום מהמושב לפני שהאוטובוס עצר בתחנה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רק אחרי שהאוטובוס התרחק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חגורת בטיחות באוטובוס, כדאי לחגור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מחכים לאוטובוס __________, רחוק משפת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עולים לאוטובוס רק כשהוא __________ והדלת נפתחה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שחוצים את הכביש אחרי הירידה, מחכים שהאוטובוס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חוצים את הכביש במעבר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יושבים, ואם יש חגורה – חוגרים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יורדים, מחכים שהאוטובוס יתרחק וחוצים במעבר 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קמים רק כשהאוטובוס עצר בתחנה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מחכים בתור, רחוק משפת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רק כשהאוטובוס עצר והדלת נפתחה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סיבות לכך שחשוב לחכות לאוטובוס רחוק משפת המדרכה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לחכות שהאוטובוס יתרחק לפני שחוצים את הכביש?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שעולים לאוטובוס?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חוצים את הכביש אחרי הירידה מהאוטובוס?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חוגרים חגורת בטיחות באוטובוס?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באוטובוס בבטיחות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